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 w:before="240"/>
        <w:jc w:val="center"/>
      </w:pPr>
      <w:r>
        <w:rPr>
          <w:rFonts w:ascii="宋体" w:hAnsi="宋体" w:eastAsia="宋体"/>
          <w:b/>
          <w:sz w:val="36"/>
        </w:rPr>
        <w:t>授权委托书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委托单位：×××，住所……。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法定代表人或主要负责人：×××，……(写明职务)，联系方式：……。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受委托人：×××，××律师事务所律师，联系方式：……。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受委托人：×××，……(写明受托人所在单位及职务)，联系方式：……。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现委托×××、×××在……(写明当事人和案由)一案中，作为我单位参加诉讼的委托诉讼代理人。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委托诉讼代理人×××的代理事项和权限：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委托单位(公章和签名)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××××年××月××日</w:t>
      </w:r>
    </w:p>
    <w:sectPr w:rsidR="00FC693F" w:rsidRPr="0006063C" w:rsidSect="00034616"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