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60" w:lineRule="auto" w:before="240"/>
        <w:jc w:val="center"/>
      </w:pPr>
      <w:r>
        <w:rPr>
          <w:rFonts w:ascii="宋体" w:hAnsi="宋体" w:eastAsia="宋体"/>
          <w:b/>
          <w:sz w:val="36"/>
        </w:rPr>
        <w:t>申请书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申请人：×××，男/女，××××年××月××日出生，×族，……(写明工作单位和职务或者职业)，住……。联系方式：……。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法定代理人/指定代理人：×××，……。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委托诉讼代理人：×××，……。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被申请人：×××，……。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……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(以上写明当事人和其他诉讼参加人的姓名或者名称等基本信息)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请求事项：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向被申请人×××发出支付令，督促被申请人×××给付申请人×××……(写明请求给付的金钱或者有价证券的名称和数量)。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事实和理由：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……(写明债权债务关系发生的事实、证据)。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此致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××××人民法院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申请人(签名或者公章)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××××年××月××日</w:t>
      </w:r>
    </w:p>
    <w:sectPr w:rsidR="00FC693F" w:rsidRPr="0006063C" w:rsidSect="00034616">
      <w:pgSz w:w="12240" w:h="15840"/>
      <w:pgMar w:top="1440" w:right="1474" w:bottom="1440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