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line="360" w:lineRule="auto" w:before="240"/>
        <w:jc w:val="center"/>
      </w:pPr>
      <w:r>
        <w:rPr>
          <w:rFonts w:ascii="宋体" w:hAnsi="宋体" w:eastAsia="宋体"/>
          <w:b/>
          <w:sz w:val="36"/>
        </w:rPr>
        <w:t>法定代表人身份证明书</w:t>
      </w:r>
    </w:p>
    <w:p>
      <w:pPr>
        <w:spacing w:after="120" w:line="360" w:lineRule="auto"/>
        <w:ind w:firstLine="420"/>
      </w:pPr>
      <w:r>
        <w:rPr>
          <w:rFonts w:ascii="宋体" w:hAnsi="宋体" w:eastAsia="宋体"/>
          <w:b w:val="0"/>
          <w:sz w:val="24"/>
        </w:rPr>
        <w:t>×××在我(单位名称)担任……职务，系我(单位名称)的法定代表人。</w:t>
      </w:r>
    </w:p>
    <w:p>
      <w:pPr>
        <w:spacing w:after="120" w:line="360" w:lineRule="auto"/>
        <w:ind w:firstLine="420"/>
      </w:pPr>
      <w:r>
        <w:rPr>
          <w:rFonts w:ascii="宋体" w:hAnsi="宋体" w:eastAsia="宋体"/>
          <w:b w:val="0"/>
          <w:sz w:val="24"/>
        </w:rPr>
        <w:t>特此证明。</w:t>
      </w:r>
    </w:p>
    <w:p>
      <w:pPr>
        <w:spacing w:after="120" w:line="360" w:lineRule="auto"/>
      </w:pPr>
      <w:r>
        <w:rPr>
          <w:rFonts w:ascii="宋体" w:hAnsi="宋体" w:eastAsia="宋体"/>
          <w:b w:val="0"/>
          <w:sz w:val="24"/>
        </w:rPr>
        <w:t>附：法定代表人联系地址：</w:t>
      </w:r>
    </w:p>
    <w:p>
      <w:pPr>
        <w:spacing w:after="120" w:line="360" w:lineRule="auto"/>
        <w:ind w:firstLine="420"/>
      </w:pPr>
      <w:r>
        <w:rPr>
          <w:rFonts w:ascii="宋体" w:hAnsi="宋体" w:eastAsia="宋体"/>
          <w:b w:val="0"/>
          <w:sz w:val="24"/>
        </w:rPr>
        <w:t>联系电话：</w:t>
      </w:r>
    </w:p>
    <w:p>
      <w:pPr>
        <w:spacing w:after="120" w:line="360" w:lineRule="auto"/>
        <w:ind w:firstLine="420"/>
      </w:pPr>
      <w:r>
        <w:rPr>
          <w:rFonts w:ascii="宋体" w:hAnsi="宋体" w:eastAsia="宋体"/>
          <w:b w:val="0"/>
          <w:sz w:val="24"/>
        </w:rPr>
        <w:t>××××年××月××日</w:t>
      </w:r>
    </w:p>
    <w:p>
      <w:pPr>
        <w:spacing w:after="120" w:line="360" w:lineRule="auto"/>
        <w:ind w:firstLine="420"/>
      </w:pPr>
      <w:r>
        <w:rPr>
          <w:rFonts w:ascii="宋体" w:hAnsi="宋体" w:eastAsia="宋体"/>
          <w:b w:val="0"/>
          <w:sz w:val="24"/>
        </w:rPr>
        <w:t>(公章)</w:t>
      </w:r>
    </w:p>
    <w:sectPr w:rsidR="00FC693F" w:rsidRPr="0006063C" w:rsidSect="00034616">
      <w:pgSz w:w="12240" w:h="15840"/>
      <w:pgMar w:top="1440" w:right="1474" w:bottom="1440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