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60" w:lineRule="auto" w:before="240"/>
        <w:jc w:val="center"/>
      </w:pPr>
      <w:r>
        <w:rPr>
          <w:rFonts w:ascii="宋体" w:hAnsi="宋体" w:eastAsia="宋体"/>
          <w:b/>
          <w:sz w:val="36"/>
        </w:rPr>
        <w:t>申请执行书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申请执行人：×××，男/女，××××年××月××日出生，×族，……(写明工作单位和职务或者职业)，住……。联系方式：……。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法定代理人/指定代理人：×××，……。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委托诉讼代理人：×××，……。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被执行人：×××，……。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……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(以上写明申请执行人、被执行人和其他诉讼参加人的姓名或者名称等基本信息)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申请执行人×××与被执行人×××……(写明案由)一案，××××人民法院(或其他生效法律文书的作出机关)(××××)……号民事判决(或其他生效法律文书)已发生法律效力。被执行人×××未履行/未全部履行生效法律文书确定的给付义务，特向你院申请强制执行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请求事项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……(写明请求执行的内容)。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此致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××××人民法院</w:t>
      </w:r>
    </w:p>
    <w:p>
      <w:pPr>
        <w:spacing w:after="120" w:line="360" w:lineRule="auto"/>
      </w:pPr>
      <w:r>
        <w:rPr>
          <w:rFonts w:ascii="宋体" w:hAnsi="宋体" w:eastAsia="宋体"/>
          <w:b w:val="0"/>
          <w:sz w:val="24"/>
        </w:rPr>
        <w:t>附：生效法律文书×份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申请执行人(签名或盖章)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××××年××月××日</w:t>
      </w:r>
    </w:p>
    <w:sectPr w:rsidR="00FC693F" w:rsidRPr="0006063C" w:rsidSect="00034616">
      <w:pgSz w:w="12240" w:h="15840"/>
      <w:pgMar w:top="1440" w:right="1474" w:bottom="1440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