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60" w:lineRule="auto" w:before="240"/>
        <w:jc w:val="center"/>
      </w:pPr>
      <w:r>
        <w:rPr>
          <w:rFonts w:ascii="宋体" w:hAnsi="宋体" w:eastAsia="宋体"/>
          <w:b/>
          <w:sz w:val="36"/>
        </w:rPr>
        <w:t>民事起诉状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原告：×××，住所……。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法定代表人/主要负责人：×××，……(写明职务)，联系方式：……。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委托诉讼代理人：×××，……。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被告：×××，……。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……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(以上写明当事人和其他诉讼参加人的姓名或者名称等基本信息)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诉讼请求：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……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事实和理由：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……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证据和证据来源，证人姓名和住所：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……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此致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××××人民法院</w:t>
      </w:r>
    </w:p>
    <w:p>
      <w:pPr>
        <w:spacing w:after="120" w:line="360" w:lineRule="auto"/>
      </w:pPr>
      <w:r>
        <w:rPr>
          <w:rFonts w:ascii="宋体" w:hAnsi="宋体" w:eastAsia="宋体"/>
          <w:b w:val="0"/>
          <w:sz w:val="24"/>
        </w:rPr>
        <w:t>附：本起诉状副本×份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起诉人(公章和签名)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××××年××月××日</w:t>
      </w:r>
    </w:p>
    <w:sectPr w:rsidR="00FC693F" w:rsidRPr="0006063C" w:rsidSect="00034616">
      <w:pgSz w:w="12240" w:h="15840"/>
      <w:pgMar w:top="1440" w:right="1474" w:bottom="1440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