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民事答辩状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答辩人：×××，住所地……。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法定代表人/主要负责人：×××，……(写明职务)，联系方式：……。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(以上写明答辩人和其他诉讼参加人的姓名或者名称等基本信息)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对××××人民法院(××××)……民初……号……(写明当事人和案由)一案的起诉，答辩如下：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……(写明答辩意见)。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证据和证据来源，证人姓名和住所：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</w:pPr>
      <w:r>
        <w:rPr>
          <w:rFonts w:ascii="宋体" w:hAnsi="宋体" w:eastAsia="宋体"/>
          <w:b w:val="0"/>
          <w:sz w:val="24"/>
        </w:rPr>
        <w:t>附：本答辩状副本×份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答辩人(公章和签名)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